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A1128"/>
          <w:sz w:val="44"/>
        </w:rPr>
        <w:t>Kit publicitaire TMV</w:t>
      </w:r>
    </w:p>
    <w:p>
      <w:pPr>
        <w:jc w:val="center"/>
      </w:pPr>
      <w:r>
        <w:rPr>
          <w:color w:val="00529B"/>
          <w:sz w:val="24"/>
        </w:rPr>
        <w:t>Messages prêts à copier pour WhatsApp et réseaux sociaux</w:t>
      </w:r>
    </w:p>
    <w:p>
      <w:r>
        <w:t>Site officiel : https://tourmondialedesveilleurs.org</w:t>
      </w:r>
    </w:p>
    <w:p>
      <w:r>
        <w:t>Inscription gratuite : https://tourmondialedesveilleurs.org/connexion?mode=inscription</w:t>
      </w:r>
    </w:p>
    <w:p>
      <w:pPr>
        <w:pStyle w:val="Heading1"/>
      </w:pPr>
      <w:r>
        <w:t>Message WhatsApp court - français</w:t>
      </w:r>
    </w:p>
    <w:p>
      <w:r>
        <w:t>Shalom bien-aimé(e). Je vous invite à découvrir La Tour Mondiale des Veilleurs, une chambre haute d'intercession mondiale. On y prie pour les familles, les villes et les nations. Vous pouvez déposer une requête, rejoindre la muraille de prière, lire des enseignements et servir Dieu dans l'intercession. Inscription gratuite : https://tourmondialedesveilleurs.org/connexion?mode=inscription</w:t>
      </w:r>
    </w:p>
    <w:p>
      <w:pPr>
        <w:pStyle w:val="Heading1"/>
      </w:pPr>
      <w:r>
        <w:t>Message aux serviteurs de Dieu - français</w:t>
      </w:r>
    </w:p>
    <w:p>
      <w:r>
        <w:t>Serviteurs de Dieu, enseignants bibliques, intercesseurs et responsables chrétiens, la TMV vous ouvre un espace pour édifier le Corps de Christ par la prière, les enseignements, les révélations soumises au discernement et la veille spirituelle. Rejoignez-nous : https://tourmondialedesveilleurs.org/connexion?mode=inscription</w:t>
      </w:r>
    </w:p>
    <w:p>
      <w:pPr>
        <w:pStyle w:val="Heading1"/>
      </w:pPr>
      <w:r>
        <w:t>Publication réseaux sociaux - français</w:t>
      </w:r>
    </w:p>
    <w:p>
      <w:r>
        <w:t>Chrétiens de toutes les nations, rejoignez La Tour Mondiale des Veilleurs. Une muraille mondiale de prière se lève pour porter les familles, les villes et les nations devant Dieu. Déposez vos requêtes, prenez une garde, partagez des enseignements et prions au Nom de Jésus-Christ. https://tourmondialedesveilleurs.org/connexion?mode=inscription #TourMondialeDesVeilleurs #TMV #Priere #Intercession #JesusChrist #Veilleurs</w:t>
      </w:r>
    </w:p>
    <w:p>
      <w:pPr>
        <w:pStyle w:val="Heading1"/>
      </w:pPr>
      <w:r>
        <w:t>Short WhatsApp message - English</w:t>
      </w:r>
    </w:p>
    <w:p>
      <w:r>
        <w:t>Shalom beloved. I invite you to discover La Tour Mondiale des Veilleurs, a global upper room of intercession. We pray for families, cities and nations. You can submit a prayer request, take a watch hour, read teachings and serve God through prayer. Free registration: https://tourmondialedesveilleurs.org/connexion?mode=inscription</w:t>
      </w:r>
    </w:p>
    <w:p>
      <w:pPr>
        <w:pStyle w:val="Heading1"/>
      </w:pPr>
      <w:r>
        <w:t>Message to servants of God - English</w:t>
      </w:r>
    </w:p>
    <w:p>
      <w:r>
        <w:t>Servants of God, Bible teachers, intercessors and Christian leaders, TMV gives you a place to build up the Body of Christ through prayer, teachings, discerned revelations and spiritual watch. Join us: https://tourmondialedesveilleurs.org/connexion?mode=inscription</w:t>
      </w:r>
    </w:p>
    <w:p>
      <w:pPr>
        <w:pStyle w:val="Heading1"/>
      </w:pPr>
      <w:r>
        <w:t>Social media post - English</w:t>
      </w:r>
    </w:p>
    <w:p>
      <w:r>
        <w:t>Christians from all nations, join La Tour Mondiale des Veilleurs. A global wall of prayer is rising to carry families, cities and nations before God. Submit your prayer requests, take a watch hour, share teachings and let us pray in the Name of Jesus Christ. https://tourmondialedesveilleurs.org/connexion?mode=inscription #TourMondialeDesVeilleurs #TMV #Prayer #Intercession #JesusChrist #Watchmen</w:t>
      </w:r>
    </w:p>
    <w:p>
      <w:pPr>
        <w:pStyle w:val="Heading1"/>
      </w:pPr>
      <w:r>
        <w:t>Visuels produits</w:t>
      </w:r>
    </w:p>
    <w:p>
      <w:pPr>
        <w:pStyle w:val="ListBullet"/>
      </w:pPr>
      <w:r>
        <w:t>tmv_pub_square_fr.png</w:t>
      </w:r>
    </w:p>
    <w:p>
      <w:pPr>
        <w:pStyle w:val="ListBullet"/>
      </w:pPr>
      <w:r>
        <w:t>tmv_pub_square_en.png</w:t>
      </w:r>
    </w:p>
    <w:p>
      <w:pPr>
        <w:pStyle w:val="ListBullet"/>
      </w:pPr>
      <w:r>
        <w:t>tmv_pub_statut_whatsapp_fr.png</w:t>
      </w:r>
    </w:p>
    <w:p>
      <w:pPr>
        <w:pStyle w:val="ListBullet"/>
      </w:pPr>
      <w:r>
        <w:t>tmv_pub_story_en.png</w:t>
      </w:r>
    </w:p>
    <w:p>
      <w:pPr>
        <w:pStyle w:val="ListBullet"/>
      </w:pPr>
      <w:r>
        <w:t>tmv_pub_story_langues.png</w:t>
      </w:r>
    </w:p>
    <w:p>
      <w:pPr>
        <w:pStyle w:val="ListBullet"/>
      </w:pPr>
      <w:r>
        <w:t>tmv_pub_serviteurs_fr.png</w:t>
      </w:r>
    </w:p>
    <w:p>
      <w:pPr>
        <w:pStyle w:val="ListBullet"/>
      </w:pPr>
      <w:r>
        <w:t>tmv_pub_servants_en.png</w:t>
      </w:r>
    </w:p>
    <w:sectPr w:rsidR="00FC693F" w:rsidRPr="0006063C" w:rsidSect="00034616">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